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C4F" w:rsidRPr="009275D0" w:rsidRDefault="00A83D78" w:rsidP="00A2328D">
      <w:pPr>
        <w:jc w:val="right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b/>
          <w:color w:val="003366"/>
          <w:sz w:val="24"/>
          <w:szCs w:val="24"/>
        </w:rPr>
        <w:t>ALLEGATO A</w:t>
      </w:r>
    </w:p>
    <w:p w:rsidR="009B2C4F" w:rsidRPr="009275D0" w:rsidRDefault="00A83D78" w:rsidP="00F232E3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b/>
          <w:sz w:val="24"/>
          <w:szCs w:val="24"/>
        </w:rPr>
        <w:t>Al Dirigente Scolastico</w:t>
      </w:r>
      <w:r w:rsidRPr="009275D0">
        <w:rPr>
          <w:rFonts w:ascii="Times New Roman" w:hAnsi="Times New Roman" w:cs="Times New Roman"/>
          <w:b/>
          <w:sz w:val="24"/>
          <w:szCs w:val="24"/>
        </w:rPr>
        <w:br/>
        <w:t>dell'I.C. Statale “V. Vivaldi” di Catanzaro</w:t>
      </w:r>
      <w:r w:rsidRPr="009275D0">
        <w:rPr>
          <w:rFonts w:ascii="Times New Roman" w:hAnsi="Times New Roman" w:cs="Times New Roman"/>
          <w:b/>
          <w:sz w:val="24"/>
          <w:szCs w:val="24"/>
        </w:rPr>
        <w:br/>
        <w:t>Viale Crotone, 57 - 88100 Catanzaro (CZ)</w:t>
      </w:r>
    </w:p>
    <w:p w:rsidR="009B2C4F" w:rsidRPr="009275D0" w:rsidRDefault="00A83D78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b/>
          <w:sz w:val="24"/>
          <w:szCs w:val="24"/>
        </w:rPr>
        <w:t>DOMANDA DI PARTECIPAZIONE E DICHIARAZIONE SOSTITUTIVA</w:t>
      </w:r>
      <w:r w:rsidRPr="009275D0">
        <w:rPr>
          <w:rFonts w:ascii="Times New Roman" w:hAnsi="Times New Roman" w:cs="Times New Roman"/>
          <w:b/>
          <w:sz w:val="24"/>
          <w:szCs w:val="24"/>
        </w:rPr>
        <w:br/>
        <w:t>(Resa ai sensi degli artt. 46 e 47 del D.P.R. 28 dicembre 2000, n. 445)</w:t>
      </w:r>
    </w:p>
    <w:p w:rsidR="009B2C4F" w:rsidRPr="009275D0" w:rsidRDefault="00A83D78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sz w:val="24"/>
          <w:szCs w:val="24"/>
        </w:rPr>
        <w:t>Il/La sottoscritto/a: ____________________________________________________________________</w:t>
      </w:r>
    </w:p>
    <w:p w:rsidR="009B2C4F" w:rsidRPr="009275D0" w:rsidRDefault="00A83D78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sz w:val="24"/>
          <w:szCs w:val="24"/>
        </w:rPr>
        <w:t>Nato/a a: __________________________________ Prov. (____) il: _________________________</w:t>
      </w:r>
    </w:p>
    <w:p w:rsidR="009B2C4F" w:rsidRPr="009275D0" w:rsidRDefault="00A83D78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sz w:val="24"/>
          <w:szCs w:val="24"/>
        </w:rPr>
        <w:t>Residente a: _______________________________ Prov. (____) CAP: _______________________</w:t>
      </w:r>
    </w:p>
    <w:p w:rsidR="009B2C4F" w:rsidRPr="009275D0" w:rsidRDefault="00A83D78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sz w:val="24"/>
          <w:szCs w:val="24"/>
        </w:rPr>
        <w:t>In Via/Piazza: ________________________________________________________ n. ____________</w:t>
      </w:r>
    </w:p>
    <w:p w:rsidR="009B2C4F" w:rsidRPr="009275D0" w:rsidRDefault="00A83D78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sz w:val="24"/>
          <w:szCs w:val="24"/>
        </w:rPr>
        <w:t>Codice Fiscale: _______________________________________________________________________</w:t>
      </w:r>
    </w:p>
    <w:p w:rsidR="009B2C4F" w:rsidRPr="009275D0" w:rsidRDefault="00A83D78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sz w:val="24"/>
          <w:szCs w:val="24"/>
        </w:rPr>
        <w:t>Qualifica/Ruolo: ________________________________ Plesso di servizio: ___________________</w:t>
      </w:r>
    </w:p>
    <w:p w:rsidR="009B2C4F" w:rsidRPr="009275D0" w:rsidRDefault="00A83D78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sz w:val="24"/>
          <w:szCs w:val="24"/>
        </w:rPr>
        <w:t>Telefono Fisso/Cellulare: ____________________ E-mail: _________________________________</w:t>
      </w:r>
    </w:p>
    <w:p w:rsidR="009B2C4F" w:rsidRPr="009275D0" w:rsidRDefault="00A83D78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sz w:val="24"/>
          <w:szCs w:val="24"/>
        </w:rPr>
        <w:t>Indirizzo PEC: ________________________________________________________________________</w:t>
      </w:r>
    </w:p>
    <w:p w:rsidR="009B2C4F" w:rsidRPr="009275D0" w:rsidRDefault="00A83D78">
      <w:pPr>
        <w:spacing w:before="160" w:after="160"/>
        <w:jc w:val="center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9B2C4F" w:rsidRPr="009275D0" w:rsidRDefault="00A83D78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b/>
          <w:sz w:val="24"/>
          <w:szCs w:val="24"/>
        </w:rPr>
        <w:t>di partecipare alla selezione pubblica per il conferimento dell'incarico nell'ambito del Progetto PR CALABRIA FESR FSE+ 2021-2027 - 'Scuole aperte' (CUP: H64D26003190003), per il seguente profilo (barrare una sola opzione a pena di esclusione):</w:t>
      </w:r>
      <w:r w:rsidRPr="009275D0">
        <w:rPr>
          <w:rFonts w:ascii="Times New Roman" w:hAnsi="Times New Roman" w:cs="Times New Roman"/>
          <w:b/>
          <w:sz w:val="24"/>
          <w:szCs w:val="24"/>
        </w:rPr>
        <w:br/>
      </w:r>
      <w:r w:rsidRPr="009275D0">
        <w:rPr>
          <w:rFonts w:ascii="Times New Roman" w:hAnsi="Times New Roman" w:cs="Times New Roman"/>
          <w:b/>
          <w:sz w:val="24"/>
          <w:szCs w:val="24"/>
        </w:rPr>
        <w:br/>
        <w:t>[  ] PROGETTISTA</w:t>
      </w:r>
      <w:r w:rsidRPr="009275D0">
        <w:rPr>
          <w:rFonts w:ascii="Times New Roman" w:hAnsi="Times New Roman" w:cs="Times New Roman"/>
          <w:b/>
          <w:sz w:val="24"/>
          <w:szCs w:val="24"/>
        </w:rPr>
        <w:br/>
        <w:t>[  ] COLLAUDATORE</w:t>
      </w:r>
    </w:p>
    <w:p w:rsidR="009B2C4F" w:rsidRPr="009275D0" w:rsidRDefault="00A83D78">
      <w:pPr>
        <w:spacing w:before="160" w:after="80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sz w:val="24"/>
          <w:szCs w:val="24"/>
        </w:rPr>
        <w:t>A tal fine, consapevole delle sanzioni penali previste dall'art. 76 del D.P.R. n. 445/2000 per le ipotesi di falsità in atti e dichiarazioni mendaci, DICHIARA sotto la propria responsabilità:</w:t>
      </w:r>
      <w:r w:rsidRPr="009275D0">
        <w:rPr>
          <w:rFonts w:ascii="Times New Roman" w:hAnsi="Times New Roman" w:cs="Times New Roman"/>
          <w:sz w:val="24"/>
          <w:szCs w:val="24"/>
        </w:rPr>
        <w:br/>
      </w:r>
    </w:p>
    <w:p w:rsidR="009B2C4F" w:rsidRPr="009275D0" w:rsidRDefault="00A83D78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sz w:val="24"/>
          <w:szCs w:val="24"/>
        </w:rPr>
        <w:t>1. Di essere in servizio presso l'I.C. 'V. Vivaldi' di Catanzaro per l'A.S. 2026/2027 in qualità di docente / personale ATA;</w:t>
      </w:r>
    </w:p>
    <w:p w:rsidR="009B2C4F" w:rsidRPr="009275D0" w:rsidRDefault="00A83D78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sz w:val="24"/>
          <w:szCs w:val="24"/>
        </w:rPr>
        <w:t>2. Di aver preso visione integrale dell'Avviso Pubblico di selezione e di accettarne incondizionatamente tutte le norme e condizioni;</w:t>
      </w:r>
    </w:p>
    <w:p w:rsidR="009B2C4F" w:rsidRPr="009275D0" w:rsidRDefault="00A83D78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sz w:val="24"/>
          <w:szCs w:val="24"/>
        </w:rPr>
        <w:t>3. Di non trovarsi in alcuna situazione di incompatibilità prevista dalla legge (Legge n. 1086/1971, D.Lgs. n. 36/2023) ed in particolare di non concorrere per il ruolo di Collaudatore laddove abbia partecipato ad attività di progettazione sullo stesso intervento;</w:t>
      </w:r>
    </w:p>
    <w:p w:rsidR="009B2C4F" w:rsidRPr="009275D0" w:rsidRDefault="00A83D78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sz w:val="24"/>
          <w:szCs w:val="24"/>
        </w:rPr>
        <w:t>4. Di non essere stato condannato per reati contro la Pubblica Amministrazione e di non avere procedimenti penali in corso;</w:t>
      </w:r>
    </w:p>
    <w:p w:rsidR="009B2C4F" w:rsidRPr="009275D0" w:rsidRDefault="00A83D78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sz w:val="24"/>
          <w:szCs w:val="24"/>
        </w:rPr>
        <w:lastRenderedPageBreak/>
        <w:t>5. Di allegare alla presente domanda: Curriculum Vitae in formato europeo datato, firmato e numerato; Scheda di autovalutazione (Allegato B); Fotocopia del documento di identità in corso di validità;</w:t>
      </w:r>
    </w:p>
    <w:p w:rsidR="009B2C4F" w:rsidRPr="009275D0" w:rsidRDefault="00A83D78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9275D0">
        <w:rPr>
          <w:rFonts w:ascii="Times New Roman" w:hAnsi="Times New Roman" w:cs="Times New Roman"/>
          <w:sz w:val="24"/>
          <w:szCs w:val="24"/>
        </w:rPr>
        <w:t>6. Di autorizzare il trattamento dei propri dati personali ai sensi del Regolamento UE 2016/679 (GDPR).</w:t>
      </w:r>
    </w:p>
    <w:p w:rsidR="009B2C4F" w:rsidRPr="009275D0" w:rsidRDefault="00A83D78">
      <w:pPr>
        <w:spacing w:before="400"/>
        <w:rPr>
          <w:rFonts w:ascii="Times New Roman" w:hAnsi="Times New Roman" w:cs="Times New Roman"/>
          <w:sz w:val="24"/>
          <w:szCs w:val="24"/>
        </w:rPr>
      </w:pPr>
      <w:proofErr w:type="spellStart"/>
      <w:r w:rsidRPr="009275D0">
        <w:rPr>
          <w:rFonts w:ascii="Times New Roman" w:hAnsi="Times New Roman" w:cs="Times New Roman"/>
          <w:b/>
          <w:sz w:val="24"/>
          <w:szCs w:val="24"/>
        </w:rPr>
        <w:t>Luogo</w:t>
      </w:r>
      <w:proofErr w:type="spellEnd"/>
      <w:r w:rsidRPr="009275D0">
        <w:rPr>
          <w:rFonts w:ascii="Times New Roman" w:hAnsi="Times New Roman" w:cs="Times New Roman"/>
          <w:b/>
          <w:sz w:val="24"/>
          <w:szCs w:val="24"/>
        </w:rPr>
        <w:t xml:space="preserve"> e Data: _____________________                 </w:t>
      </w:r>
      <w:proofErr w:type="spellStart"/>
      <w:r w:rsidRPr="009275D0">
        <w:rPr>
          <w:rFonts w:ascii="Times New Roman" w:hAnsi="Times New Roman" w:cs="Times New Roman"/>
          <w:b/>
          <w:sz w:val="24"/>
          <w:szCs w:val="24"/>
        </w:rPr>
        <w:t>Firma</w:t>
      </w:r>
      <w:proofErr w:type="spellEnd"/>
      <w:r w:rsidRPr="009275D0">
        <w:rPr>
          <w:rFonts w:ascii="Times New Roman" w:hAnsi="Times New Roman" w:cs="Times New Roman"/>
          <w:b/>
          <w:sz w:val="24"/>
          <w:szCs w:val="24"/>
        </w:rPr>
        <w:t>: _________________________________</w:t>
      </w:r>
    </w:p>
    <w:p w:rsidR="009B2C4F" w:rsidRPr="009275D0" w:rsidRDefault="009B2C4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B2C4F" w:rsidRPr="009275D0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1D581E"/>
    <w:multiLevelType w:val="hybridMultilevel"/>
    <w:tmpl w:val="974CA2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D5423"/>
    <w:multiLevelType w:val="hybridMultilevel"/>
    <w:tmpl w:val="257098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6E7E59"/>
    <w:multiLevelType w:val="hybridMultilevel"/>
    <w:tmpl w:val="EA44F7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51ACB"/>
    <w:multiLevelType w:val="hybridMultilevel"/>
    <w:tmpl w:val="1178AD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08769B"/>
    <w:multiLevelType w:val="hybridMultilevel"/>
    <w:tmpl w:val="03FE97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3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39B0"/>
    <w:rsid w:val="0029639D"/>
    <w:rsid w:val="002D345E"/>
    <w:rsid w:val="00326F90"/>
    <w:rsid w:val="003631F9"/>
    <w:rsid w:val="00434951"/>
    <w:rsid w:val="0048413A"/>
    <w:rsid w:val="004C71C6"/>
    <w:rsid w:val="005E6F19"/>
    <w:rsid w:val="00622DD0"/>
    <w:rsid w:val="00704753"/>
    <w:rsid w:val="009275D0"/>
    <w:rsid w:val="009B2C4F"/>
    <w:rsid w:val="00A2328D"/>
    <w:rsid w:val="00A243BF"/>
    <w:rsid w:val="00A83D78"/>
    <w:rsid w:val="00AA1D36"/>
    <w:rsid w:val="00AA1D8D"/>
    <w:rsid w:val="00B35BC5"/>
    <w:rsid w:val="00B47730"/>
    <w:rsid w:val="00CB0664"/>
    <w:rsid w:val="00F232E3"/>
    <w:rsid w:val="00FB78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AF06AE"/>
  <w14:defaultImageDpi w14:val="300"/>
  <w15:docId w15:val="{BC7BD2A2-37CF-43BE-8F31-438BB7613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uiPriority w:val="99"/>
    <w:unhideWhenUsed/>
    <w:rsid w:val="00F232E3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8413A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A2328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4DD214-C4D3-4368-9533-655864104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2026-09-28T13:09:00Z</dcterms:created>
  <dcterms:modified xsi:type="dcterms:W3CDTF">2026-09-28T13:10:00Z</dcterms:modified>
  <cp:category/>
</cp:coreProperties>
</file>