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C4F" w:rsidRPr="009275D0" w:rsidRDefault="00A83D78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275D0">
        <w:rPr>
          <w:rFonts w:ascii="Times New Roman" w:hAnsi="Times New Roman" w:cs="Times New Roman"/>
          <w:b/>
          <w:color w:val="003366"/>
          <w:sz w:val="24"/>
          <w:szCs w:val="24"/>
        </w:rPr>
        <w:t>ALLEGATO B</w:t>
      </w:r>
    </w:p>
    <w:p w:rsidR="009B2C4F" w:rsidRPr="009275D0" w:rsidRDefault="00A83D78">
      <w:pPr>
        <w:jc w:val="center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b/>
          <w:sz w:val="24"/>
          <w:szCs w:val="24"/>
        </w:rPr>
        <w:t>SCHEDA DI AUTOVALUTAZIONE DEI TITOLI ED ESPERIENZE</w:t>
      </w:r>
      <w:r w:rsidRPr="009275D0">
        <w:rPr>
          <w:rFonts w:ascii="Times New Roman" w:hAnsi="Times New Roman" w:cs="Times New Roman"/>
          <w:b/>
          <w:sz w:val="24"/>
          <w:szCs w:val="24"/>
        </w:rPr>
        <w:br/>
        <w:t>PR CALABRIA FESR FSE+ 2021-2027 - PROGETTO 'SCUOLE APERTE'</w:t>
      </w:r>
      <w:r w:rsidRPr="009275D0">
        <w:rPr>
          <w:rFonts w:ascii="Times New Roman" w:hAnsi="Times New Roman" w:cs="Times New Roman"/>
          <w:b/>
          <w:sz w:val="24"/>
          <w:szCs w:val="24"/>
        </w:rPr>
        <w:br/>
        <w:t>CUP: H64D26003190003 - Codice SIURP: M1003260P000028</w:t>
      </w:r>
    </w:p>
    <w:p w:rsidR="009B2C4F" w:rsidRDefault="00A83D78" w:rsidP="00A2328D">
      <w:pPr>
        <w:spacing w:after="16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275D0">
        <w:rPr>
          <w:rFonts w:ascii="Times New Roman" w:hAnsi="Times New Roman" w:cs="Times New Roman"/>
          <w:b/>
          <w:sz w:val="24"/>
          <w:szCs w:val="24"/>
        </w:rPr>
        <w:t>Candidato</w:t>
      </w:r>
      <w:proofErr w:type="spellEnd"/>
      <w:r w:rsidRPr="009275D0">
        <w:rPr>
          <w:rFonts w:ascii="Times New Roman" w:hAnsi="Times New Roman" w:cs="Times New Roman"/>
          <w:b/>
          <w:sz w:val="24"/>
          <w:szCs w:val="24"/>
        </w:rPr>
        <w:t xml:space="preserve">/a: __________________________________________________ </w:t>
      </w:r>
      <w:proofErr w:type="spellStart"/>
      <w:r w:rsidRPr="009275D0">
        <w:rPr>
          <w:rFonts w:ascii="Times New Roman" w:hAnsi="Times New Roman" w:cs="Times New Roman"/>
          <w:b/>
          <w:sz w:val="24"/>
          <w:szCs w:val="24"/>
        </w:rPr>
        <w:t>Profilo</w:t>
      </w:r>
      <w:proofErr w:type="spellEnd"/>
      <w:r w:rsidRPr="009275D0">
        <w:rPr>
          <w:rFonts w:ascii="Times New Roman" w:hAnsi="Times New Roman" w:cs="Times New Roman"/>
          <w:b/>
          <w:sz w:val="24"/>
          <w:szCs w:val="24"/>
        </w:rPr>
        <w:t xml:space="preserve"> per cui </w:t>
      </w:r>
      <w:proofErr w:type="spellStart"/>
      <w:r w:rsidRPr="009275D0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="00A232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75D0">
        <w:rPr>
          <w:rFonts w:ascii="Times New Roman" w:hAnsi="Times New Roman" w:cs="Times New Roman"/>
          <w:b/>
          <w:sz w:val="24"/>
          <w:szCs w:val="24"/>
        </w:rPr>
        <w:t>candida: ______________________</w:t>
      </w:r>
      <w:r w:rsidR="00A2328D">
        <w:rPr>
          <w:rFonts w:ascii="Times New Roman" w:hAnsi="Times New Roman" w:cs="Times New Roman"/>
          <w:b/>
          <w:sz w:val="24"/>
          <w:szCs w:val="24"/>
        </w:rPr>
        <w:t>__________________________________________________</w:t>
      </w:r>
    </w:p>
    <w:p w:rsidR="00A2328D" w:rsidRDefault="00A2328D" w:rsidP="00A232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6768"/>
        <w:gridCol w:w="2160"/>
      </w:tblGrid>
      <w:tr w:rsidR="00A2328D" w:rsidRPr="009275D0" w:rsidTr="00676AA4">
        <w:trPr>
          <w:jc w:val="center"/>
        </w:trPr>
        <w:tc>
          <w:tcPr>
            <w:tcW w:w="864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328D" w:rsidRDefault="00A2328D" w:rsidP="00676AA4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</w:p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N.</w:t>
            </w:r>
          </w:p>
        </w:tc>
        <w:tc>
          <w:tcPr>
            <w:tcW w:w="6768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CRITERIO DI VALUTAZIONE</w:t>
            </w:r>
          </w:p>
        </w:tc>
        <w:tc>
          <w:tcPr>
            <w:tcW w:w="2160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PUNTEGGIO MASSIMO</w:t>
            </w:r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68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TITOLI ACCADEMICI E FORMATIVI</w:t>
            </w:r>
          </w:p>
        </w:tc>
        <w:tc>
          <w:tcPr>
            <w:tcW w:w="2160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 20 </w:t>
            </w:r>
            <w:proofErr w:type="spellStart"/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Punti</w:t>
            </w:r>
            <w:proofErr w:type="spellEnd"/>
          </w:p>
        </w:tc>
      </w:tr>
      <w:tr w:rsidR="00A2328D" w:rsidRPr="009275D0" w:rsidTr="00676AA4">
        <w:trPr>
          <w:trHeight w:val="569"/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Laurea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Magistrale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Specialistica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/ Vecchio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Ordinamento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pertinente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all'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>(</w:t>
            </w:r>
            <w:proofErr w:type="spellStart"/>
            <w:r>
              <w:t>Ingegneria</w:t>
            </w:r>
            <w:proofErr w:type="spellEnd"/>
            <w:r>
              <w:t xml:space="preserve">, </w:t>
            </w:r>
            <w:proofErr w:type="spellStart"/>
            <w:r>
              <w:t>Architettura</w:t>
            </w:r>
            <w:proofErr w:type="spellEnd"/>
            <w:r>
              <w:t xml:space="preserve">, </w:t>
            </w:r>
            <w:proofErr w:type="spellStart"/>
            <w:r>
              <w:t>Matematica</w:t>
            </w:r>
            <w:proofErr w:type="spellEnd"/>
            <w:r>
              <w:t>- Informatica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equipollenti</w:t>
            </w:r>
            <w:proofErr w:type="spellEnd"/>
            <w:r>
              <w:rPr>
                <w:spacing w:val="-9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proofErr w:type="spellStart"/>
            <w:r>
              <w:t>competenze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tecniche</w:t>
            </w:r>
            <w:proofErr w:type="spellEnd"/>
            <w:r>
              <w:t>/</w:t>
            </w:r>
            <w:proofErr w:type="spellStart"/>
            <w:r>
              <w:t>didattiche</w:t>
            </w:r>
            <w:proofErr w:type="spellEnd"/>
            <w:r>
              <w:t>)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C3E4B" w:rsidRDefault="00A2328D" w:rsidP="00676AA4">
            <w:r>
              <w:t xml:space="preserve">   </w:t>
            </w:r>
            <w:r w:rsidRPr="009C3E4B">
              <w:t>1.2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C3E4B" w:rsidRDefault="00A2328D" w:rsidP="00676AA4">
            <w:proofErr w:type="spellStart"/>
            <w:r w:rsidRPr="009C3E4B">
              <w:t>Laurea</w:t>
            </w:r>
            <w:proofErr w:type="spellEnd"/>
            <w:r w:rsidRPr="009C3E4B">
              <w:t xml:space="preserve"> Triennale </w:t>
            </w:r>
            <w:proofErr w:type="spellStart"/>
            <w:r w:rsidRPr="009C3E4B">
              <w:t>pertinente</w:t>
            </w:r>
            <w:proofErr w:type="spellEnd"/>
            <w:r w:rsidRPr="009C3E4B">
              <w:t xml:space="preserve"> (in </w:t>
            </w:r>
            <w:proofErr w:type="spellStart"/>
            <w:r w:rsidRPr="009C3E4B">
              <w:t>alternativa</w:t>
            </w:r>
            <w:proofErr w:type="spellEnd"/>
            <w:r w:rsidRPr="009C3E4B">
              <w:t xml:space="preserve"> </w:t>
            </w:r>
            <w:proofErr w:type="spellStart"/>
            <w:r w:rsidRPr="009C3E4B">
              <w:t>alla</w:t>
            </w:r>
            <w:proofErr w:type="spellEnd"/>
            <w:r w:rsidRPr="009C3E4B">
              <w:t xml:space="preserve"> </w:t>
            </w:r>
            <w:proofErr w:type="spellStart"/>
            <w:r w:rsidRPr="009C3E4B">
              <w:t>Magistrale</w:t>
            </w:r>
            <w:proofErr w:type="spellEnd"/>
            <w:r w:rsidRPr="009C3E4B">
              <w:t>)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Default="00A2328D" w:rsidP="00676AA4">
            <w:r w:rsidRPr="009C3E4B">
              <w:t xml:space="preserve">6 </w:t>
            </w:r>
            <w:proofErr w:type="spellStart"/>
            <w:r w:rsidRPr="009C3E4B">
              <w:t>Punti</w:t>
            </w:r>
            <w:proofErr w:type="spellEnd"/>
          </w:p>
        </w:tc>
      </w:tr>
      <w:tr w:rsidR="00A2328D" w:rsidRPr="009275D0" w:rsidTr="00676AA4">
        <w:trPr>
          <w:trHeight w:val="1585"/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Default="00A2328D" w:rsidP="0067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Diploma 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Istruzione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Secondaria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 II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pertinente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all’incarico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328D" w:rsidRDefault="00A2328D" w:rsidP="0067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industriale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geometra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tecnico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informatico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equipollenti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competenze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tecniche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2328D" w:rsidRPr="009275D0" w:rsidRDefault="00A2328D" w:rsidP="00676A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*VALIDO SOLO PER LA FIGURA DEL COLLAUDATORE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Master Universitario / Corso di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Perfezionamento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Universitario (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almeno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60 CFU / 1500 ore)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inerente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progettazione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formativa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innovazione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didattica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allestimento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ambienti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digitali</w:t>
            </w:r>
            <w:proofErr w:type="spellEnd"/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titolo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(max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B6506E" w:rsidRDefault="00A2328D" w:rsidP="00676AA4">
            <w:pPr>
              <w:pStyle w:val="TableParagraph"/>
              <w:spacing w:before="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06E">
              <w:rPr>
                <w:rFonts w:ascii="Times New Roman" w:hAnsi="Times New Roman" w:cs="Times New Roman"/>
                <w:bCs/>
                <w:sz w:val="24"/>
                <w:szCs w:val="24"/>
              </w:rPr>
              <w:t>Abilitazione</w:t>
            </w:r>
            <w:r w:rsidRPr="00B6506E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B6506E">
              <w:rPr>
                <w:rFonts w:ascii="Times New Roman" w:hAnsi="Times New Roman" w:cs="Times New Roman"/>
                <w:bCs/>
                <w:sz w:val="24"/>
                <w:szCs w:val="24"/>
              </w:rPr>
              <w:t>all'esercizio</w:t>
            </w:r>
            <w:r w:rsidRPr="00B6506E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B6506E">
              <w:rPr>
                <w:rFonts w:ascii="Times New Roman" w:hAnsi="Times New Roman" w:cs="Times New Roman"/>
                <w:bCs/>
                <w:sz w:val="24"/>
                <w:szCs w:val="24"/>
              </w:rPr>
              <w:t>della</w:t>
            </w:r>
            <w:r w:rsidRPr="00B6506E">
              <w:rPr>
                <w:rFonts w:ascii="Times New Roman" w:hAnsi="Times New Roman" w:cs="Times New Roman"/>
                <w:bCs/>
                <w:spacing w:val="-7"/>
                <w:sz w:val="24"/>
                <w:szCs w:val="24"/>
              </w:rPr>
              <w:t xml:space="preserve"> </w:t>
            </w:r>
            <w:r w:rsidRPr="00B6506E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professione</w:t>
            </w:r>
          </w:p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0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6506E">
              <w:rPr>
                <w:rFonts w:ascii="Times New Roman" w:hAnsi="Times New Roman" w:cs="Times New Roman"/>
                <w:sz w:val="24"/>
                <w:szCs w:val="24"/>
              </w:rPr>
              <w:t>Ingegnere</w:t>
            </w:r>
            <w:proofErr w:type="spellEnd"/>
            <w:r w:rsidRPr="00B650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506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6506E">
              <w:rPr>
                <w:rFonts w:ascii="Times New Roman" w:hAnsi="Times New Roman" w:cs="Times New Roman"/>
                <w:sz w:val="24"/>
                <w:szCs w:val="24"/>
              </w:rPr>
              <w:t>Architetto</w:t>
            </w:r>
            <w:proofErr w:type="spellEnd"/>
            <w:r w:rsidRPr="00B650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506E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6506E">
              <w:rPr>
                <w:rFonts w:ascii="Times New Roman" w:hAnsi="Times New Roman" w:cs="Times New Roman"/>
                <w:sz w:val="24"/>
                <w:szCs w:val="24"/>
              </w:rPr>
              <w:t>Perito</w:t>
            </w:r>
            <w:proofErr w:type="spellEnd"/>
            <w:r w:rsidRPr="00B6506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6506E">
              <w:rPr>
                <w:rFonts w:ascii="Times New Roman" w:hAnsi="Times New Roman" w:cs="Times New Roman"/>
                <w:sz w:val="24"/>
                <w:szCs w:val="24"/>
              </w:rPr>
              <w:t>Industriale</w:t>
            </w:r>
            <w:proofErr w:type="spellEnd"/>
            <w:r w:rsidRPr="00B650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506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650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ecc</w:t>
            </w:r>
            <w:proofErr w:type="spellEnd"/>
            <w:r w:rsidRPr="00B6506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.)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B6506E" w:rsidRDefault="00A2328D" w:rsidP="00676AA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</w:t>
            </w:r>
            <w:proofErr w:type="spellStart"/>
            <w:r w:rsidRPr="00B6506E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Punti</w:t>
            </w:r>
            <w:proofErr w:type="spellEnd"/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68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ESPERIENZE PROFESSIONALI SPECIFICHE</w:t>
            </w:r>
          </w:p>
        </w:tc>
        <w:tc>
          <w:tcPr>
            <w:tcW w:w="2160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 40 </w:t>
            </w:r>
            <w:proofErr w:type="spellStart"/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Punti</w:t>
            </w:r>
            <w:proofErr w:type="spellEnd"/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Pregressi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incarichi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formali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Progettista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Collaudatore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progetti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finanziati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fondi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europei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regionali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(PR FESR/FSE+, PON, PNRR)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(max 20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Partecipazione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gruppi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lavoro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commissioni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tecniche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interne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all'istituzione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scolastica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l'innovazione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edilizia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allestimenti</w:t>
            </w:r>
            <w:proofErr w:type="spellEnd"/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per A.S.</w:t>
            </w:r>
            <w:r w:rsidRPr="009275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(max 10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Animatore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componente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del Team per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l'Innovazione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della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scuola</w:t>
            </w:r>
            <w:proofErr w:type="spellEnd"/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per A.S.</w:t>
            </w:r>
            <w:r w:rsidRPr="009275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(max 10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768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CERTIFICAZIONI E COMPETENZE INFORMATICHE / TECNICHE</w:t>
            </w:r>
          </w:p>
        </w:tc>
        <w:tc>
          <w:tcPr>
            <w:tcW w:w="2160" w:type="dxa"/>
            <w:shd w:val="clear" w:color="auto" w:fill="E6EC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Max 10 </w:t>
            </w:r>
            <w:proofErr w:type="spellStart"/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Punti</w:t>
            </w:r>
            <w:proofErr w:type="spellEnd"/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Certificazioni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informatiche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riconosciute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(MIM /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Certipass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/ ICDL / EIPASS / Microsoft / Cisco,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ecc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certificazione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(max 6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7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Certificazioni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specifiche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corsi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formazione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erogati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enti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accreditati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normative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appalti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/ CAM / DNSH o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gestione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piattaforme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monitoraggio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(SIURP,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ReGiS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corso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(max 4 </w:t>
            </w:r>
            <w:proofErr w:type="spellStart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9275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2328D" w:rsidRPr="009275D0" w:rsidTr="00676AA4">
        <w:trPr>
          <w:jc w:val="center"/>
        </w:trPr>
        <w:tc>
          <w:tcPr>
            <w:tcW w:w="864" w:type="dxa"/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TOT</w:t>
            </w:r>
          </w:p>
        </w:tc>
        <w:tc>
          <w:tcPr>
            <w:tcW w:w="6768" w:type="dxa"/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TOTALE PUNTEGGIO MASSIMO COMPLESSIVO</w:t>
            </w:r>
          </w:p>
        </w:tc>
        <w:tc>
          <w:tcPr>
            <w:tcW w:w="2160" w:type="dxa"/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2328D" w:rsidRPr="009275D0" w:rsidRDefault="00A2328D" w:rsidP="00676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5D0">
              <w:rPr>
                <w:rFonts w:ascii="Times New Roman" w:hAnsi="Times New Roman" w:cs="Times New Roman"/>
                <w:b/>
                <w:sz w:val="24"/>
                <w:szCs w:val="24"/>
              </w:rPr>
              <w:t>70 PUNTI</w:t>
            </w:r>
          </w:p>
        </w:tc>
      </w:tr>
    </w:tbl>
    <w:p w:rsidR="00A2328D" w:rsidRDefault="00A2328D">
      <w:pPr>
        <w:spacing w:before="320"/>
        <w:rPr>
          <w:rFonts w:ascii="Times New Roman" w:hAnsi="Times New Roman" w:cs="Times New Roman"/>
          <w:b/>
          <w:sz w:val="24"/>
          <w:szCs w:val="24"/>
        </w:rPr>
      </w:pPr>
    </w:p>
    <w:p w:rsidR="009B2C4F" w:rsidRDefault="00A83D78">
      <w:pPr>
        <w:spacing w:before="320"/>
      </w:pPr>
      <w:proofErr w:type="spellStart"/>
      <w:r w:rsidRPr="009275D0">
        <w:rPr>
          <w:rFonts w:ascii="Times New Roman" w:hAnsi="Times New Roman" w:cs="Times New Roman"/>
          <w:b/>
          <w:sz w:val="24"/>
          <w:szCs w:val="24"/>
        </w:rPr>
        <w:t>Luogo</w:t>
      </w:r>
      <w:proofErr w:type="spellEnd"/>
      <w:r w:rsidRPr="009275D0">
        <w:rPr>
          <w:rFonts w:ascii="Times New Roman" w:hAnsi="Times New Roman" w:cs="Times New Roman"/>
          <w:b/>
          <w:sz w:val="24"/>
          <w:szCs w:val="24"/>
        </w:rPr>
        <w:t xml:space="preserve"> e Data: _______________             </w:t>
      </w:r>
      <w:proofErr w:type="spellStart"/>
      <w:r w:rsidRPr="009275D0">
        <w:rPr>
          <w:rFonts w:ascii="Times New Roman" w:hAnsi="Times New Roman" w:cs="Times New Roman"/>
          <w:b/>
          <w:sz w:val="24"/>
          <w:szCs w:val="24"/>
        </w:rPr>
        <w:t>Firma</w:t>
      </w:r>
      <w:proofErr w:type="spellEnd"/>
      <w:r w:rsidRPr="009275D0">
        <w:rPr>
          <w:rFonts w:ascii="Times New Roman" w:hAnsi="Times New Roman" w:cs="Times New Roman"/>
          <w:b/>
          <w:sz w:val="24"/>
          <w:szCs w:val="24"/>
        </w:rPr>
        <w:t xml:space="preserve"> del </w:t>
      </w:r>
      <w:proofErr w:type="spellStart"/>
      <w:r w:rsidRPr="009275D0">
        <w:rPr>
          <w:rFonts w:ascii="Times New Roman" w:hAnsi="Times New Roman" w:cs="Times New Roman"/>
          <w:b/>
          <w:sz w:val="24"/>
          <w:szCs w:val="24"/>
        </w:rPr>
        <w:t>Candidato</w:t>
      </w:r>
      <w:proofErr w:type="spellEnd"/>
      <w:r w:rsidRPr="009275D0">
        <w:rPr>
          <w:rFonts w:ascii="Times New Roman" w:hAnsi="Times New Roman" w:cs="Times New Roman"/>
          <w:b/>
          <w:sz w:val="24"/>
          <w:szCs w:val="24"/>
        </w:rPr>
        <w:t>: __________________________</w:t>
      </w:r>
    </w:p>
    <w:sectPr w:rsidR="009B2C4F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1D581E"/>
    <w:multiLevelType w:val="hybridMultilevel"/>
    <w:tmpl w:val="974CA2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D5423"/>
    <w:multiLevelType w:val="hybridMultilevel"/>
    <w:tmpl w:val="257098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E7E59"/>
    <w:multiLevelType w:val="hybridMultilevel"/>
    <w:tmpl w:val="EA44F7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51ACB"/>
    <w:multiLevelType w:val="hybridMultilevel"/>
    <w:tmpl w:val="1178AD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8769B"/>
    <w:multiLevelType w:val="hybridMultilevel"/>
    <w:tmpl w:val="03FE9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3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39B0"/>
    <w:rsid w:val="002038BC"/>
    <w:rsid w:val="0029639D"/>
    <w:rsid w:val="002D345E"/>
    <w:rsid w:val="00326F90"/>
    <w:rsid w:val="00434951"/>
    <w:rsid w:val="0048413A"/>
    <w:rsid w:val="004C71C6"/>
    <w:rsid w:val="005E6F19"/>
    <w:rsid w:val="00704753"/>
    <w:rsid w:val="009275D0"/>
    <w:rsid w:val="009B2C4F"/>
    <w:rsid w:val="00A2328D"/>
    <w:rsid w:val="00A243BF"/>
    <w:rsid w:val="00A83D78"/>
    <w:rsid w:val="00AA1D36"/>
    <w:rsid w:val="00AA1D8D"/>
    <w:rsid w:val="00B35BC5"/>
    <w:rsid w:val="00B47730"/>
    <w:rsid w:val="00CB0664"/>
    <w:rsid w:val="00F232E3"/>
    <w:rsid w:val="00FB78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C7BD2A2-37CF-43BE-8F31-438BB761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unhideWhenUsed/>
    <w:rsid w:val="00F232E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413A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A232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B4822D-7F58-44C9-A64B-768A8489B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2026-09-28T13:11:00Z</dcterms:created>
  <dcterms:modified xsi:type="dcterms:W3CDTF">2026-09-28T13:11:00Z</dcterms:modified>
  <cp:category/>
</cp:coreProperties>
</file>